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5DB09" w14:textId="0039F31A" w:rsidR="003D1041" w:rsidRPr="001A412B" w:rsidRDefault="00000000" w:rsidP="001A412B">
      <w:pPr>
        <w:spacing w:before="240" w:after="200"/>
        <w:jc w:val="center"/>
        <w:rPr>
          <w:rFonts w:ascii="Mont Bold" w:hAnsi="Mont Bold"/>
          <w:bCs/>
          <w:color w:val="auto"/>
          <w:sz w:val="18"/>
          <w:szCs w:val="18"/>
          <w:lang w:val="ru-RU"/>
        </w:rPr>
      </w:pPr>
      <w:r w:rsidRPr="001A412B">
        <w:rPr>
          <w:rFonts w:ascii="Mont Bold" w:hAnsi="Mont Bold"/>
          <w:bCs/>
          <w:color w:val="auto"/>
          <w:sz w:val="44"/>
          <w:szCs w:val="18"/>
          <w:lang w:val="ru-RU"/>
        </w:rPr>
        <w:t>БРИФ НА РАЗРАБОТКУ САЙТА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10490"/>
      </w:tblGrid>
      <w:tr w:rsidR="001A412B" w:rsidRPr="001A412B" w14:paraId="3433AAB8" w14:textId="77777777" w:rsidTr="00E4254D">
        <w:trPr>
          <w:jc w:val="center"/>
        </w:trPr>
        <w:tc>
          <w:tcPr>
            <w:tcW w:w="10525" w:type="dxa"/>
            <w:tcBorders>
              <w:top w:val="single" w:sz="4" w:space="0" w:color="EAF2F8"/>
              <w:left w:val="single" w:sz="12" w:space="0" w:color="F79646" w:themeColor="accent6"/>
              <w:bottom w:val="single" w:sz="4" w:space="0" w:color="EAF2F8"/>
              <w:right w:val="single" w:sz="4" w:space="0" w:color="EAF2F8"/>
            </w:tcBorders>
            <w:shd w:val="clear" w:color="auto" w:fill="auto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6E1AC9B9" w14:textId="7969F488" w:rsidR="003D1041" w:rsidRPr="001A412B" w:rsidRDefault="00000000" w:rsidP="001A412B">
            <w:pPr>
              <w:spacing w:after="0" w:line="240" w:lineRule="auto"/>
              <w:rPr>
                <w:rFonts w:ascii="Mont Bold" w:hAnsi="Mont Bold"/>
                <w:bCs/>
                <w:color w:val="auto"/>
                <w:sz w:val="20"/>
                <w:szCs w:val="20"/>
                <w:lang w:val="ru-RU"/>
              </w:rPr>
            </w:pPr>
            <w:r w:rsidRPr="001A412B">
              <w:rPr>
                <w:rFonts w:ascii="Mont" w:hAnsi="Mont"/>
                <w:bCs/>
                <w:color w:val="auto"/>
              </w:rPr>
              <w:br w:type="page"/>
            </w:r>
            <w:r w:rsidRPr="001A412B">
              <w:rPr>
                <w:rFonts w:ascii="Mont Bold" w:hAnsi="Mont Bold"/>
                <w:bCs/>
                <w:color w:val="auto"/>
                <w:sz w:val="20"/>
                <w:szCs w:val="20"/>
                <w:lang w:val="ru-RU"/>
              </w:rPr>
              <w:t>Как заполнять бриф</w:t>
            </w:r>
          </w:p>
          <w:p w14:paraId="14B9BA7B" w14:textId="77777777" w:rsidR="003D1041" w:rsidRPr="001A412B" w:rsidRDefault="00000000" w:rsidP="001A412B">
            <w:pPr>
              <w:spacing w:after="0" w:line="240" w:lineRule="auto"/>
              <w:rPr>
                <w:rFonts w:ascii="Mont" w:hAnsi="Mont"/>
                <w:bCs/>
                <w:color w:val="auto"/>
                <w:lang w:val="ru-RU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Можно отвечать кратко. Если вопрос пока не решён, укажите «нужна рекомендация». Ссылки на примеры и материалы можно прикладывать отдельным файлом. На основании брифа Исполнитель предложит тип сайта, технологию, состав работ, цену и сроки.</w:t>
            </w:r>
          </w:p>
        </w:tc>
      </w:tr>
    </w:tbl>
    <w:p w14:paraId="6F5E27D7" w14:textId="77777777" w:rsidR="003D1041" w:rsidRPr="001A412B" w:rsidRDefault="00000000" w:rsidP="001A412B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1A412B">
        <w:rPr>
          <w:rFonts w:ascii="Mont Bold" w:hAnsi="Mont Bold"/>
          <w:b w:val="0"/>
          <w:color w:val="auto"/>
          <w:sz w:val="24"/>
          <w:szCs w:val="20"/>
        </w:rPr>
        <w:t>1. Контактная информация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1A412B" w14:paraId="6416AC7D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A2B4EDB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Компания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/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бренд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A7CE2D4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Введите полное и краткое название</w:t>
            </w:r>
          </w:p>
        </w:tc>
      </w:tr>
      <w:tr w:rsidR="001A412B" w:rsidRPr="001A412B" w14:paraId="0B5B3E6D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4E43091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Сфера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деятельности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1281FDD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Чем занимается компания или специалист</w:t>
            </w:r>
          </w:p>
        </w:tc>
      </w:tr>
      <w:tr w:rsidR="001A412B" w:rsidRPr="001A412B" w14:paraId="21A42C26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676869B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Контактное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лицо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C16CC30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</w:rPr>
              <w:t>Ф.И.О., должность</w:t>
            </w:r>
          </w:p>
        </w:tc>
      </w:tr>
      <w:tr w:rsidR="001A412B" w:rsidRPr="001A412B" w14:paraId="46F6D52B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23E780F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Телефон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190B184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</w:rPr>
              <w:t>Номер телефона</w:t>
            </w:r>
          </w:p>
        </w:tc>
      </w:tr>
      <w:tr w:rsidR="001A412B" w:rsidRPr="001A412B" w14:paraId="10EC5839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65C9FA7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Электронная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почта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A6572A8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</w:rPr>
              <w:t>E-mail</w:t>
            </w:r>
          </w:p>
        </w:tc>
      </w:tr>
      <w:tr w:rsidR="001A412B" w:rsidRPr="001A412B" w14:paraId="21B3953F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601373B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Мессенджер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7B0B8F0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</w:rPr>
              <w:t>Telegram / WhatsApp / другое</w:t>
            </w:r>
          </w:p>
        </w:tc>
      </w:tr>
      <w:tr w:rsidR="001A412B" w:rsidRPr="001A412B" w14:paraId="18CF4B36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171655C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Город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и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география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работы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64A3B3B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Где находится компания и где оказывает услуги</w:t>
            </w:r>
          </w:p>
        </w:tc>
      </w:tr>
      <w:tr w:rsidR="001A412B" w:rsidRPr="001A412B" w14:paraId="3D4CC451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3851089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Сайт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сейчас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2D84146" w14:textId="77777777" w:rsidR="003D1041" w:rsidRPr="001A412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1A412B">
              <w:rPr>
                <w:rFonts w:ascii="Mont" w:hAnsi="Mont"/>
                <w:bCs/>
                <w:color w:val="auto"/>
                <w:sz w:val="20"/>
                <w:szCs w:val="24"/>
              </w:rPr>
              <w:t>Ссылка или «сайта нет»</w:t>
            </w:r>
          </w:p>
        </w:tc>
      </w:tr>
    </w:tbl>
    <w:p w14:paraId="45141F82" w14:textId="77777777" w:rsidR="003D1041" w:rsidRPr="001A412B" w:rsidRDefault="003D1041">
      <w:pPr>
        <w:spacing w:after="20"/>
        <w:rPr>
          <w:rFonts w:ascii="Mont" w:hAnsi="Mont"/>
          <w:bCs/>
          <w:color w:val="auto"/>
        </w:rPr>
      </w:pPr>
    </w:p>
    <w:p w14:paraId="3009A508" w14:textId="77777777" w:rsidR="003D1041" w:rsidRPr="001A412B" w:rsidRDefault="00000000" w:rsidP="001A412B">
      <w:pPr>
        <w:pStyle w:val="1"/>
        <w:spacing w:before="0"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1A412B">
        <w:rPr>
          <w:rFonts w:ascii="Mont Bold" w:hAnsi="Mont Bold"/>
          <w:b w:val="0"/>
          <w:color w:val="auto"/>
          <w:sz w:val="24"/>
          <w:szCs w:val="20"/>
        </w:rPr>
        <w:t>2. Задача проекта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1A412B" w14:paraId="21BFAF2A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D0CDF79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Какой результат нужен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A540A8E" w14:textId="77777777" w:rsidR="00E4254D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proofErr w:type="spellStart"/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Лендинг</w:t>
            </w:r>
            <w:proofErr w:type="spellEnd"/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2F6BDBF6" w14:textId="77777777" w:rsidR="00E4254D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Корпоративный сайт  </w:t>
            </w:r>
          </w:p>
          <w:p w14:paraId="1A3CC403" w14:textId="77777777" w:rsidR="00E4254D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Интернет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-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магазин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71E60E4E" w14:textId="57E2289C" w:rsidR="003D1041" w:rsidRPr="00E4254D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Нужна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рекомендация</w:t>
            </w:r>
          </w:p>
        </w:tc>
      </w:tr>
      <w:tr w:rsidR="001A412B" w:rsidRPr="001A412B" w14:paraId="570A96EC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1AF963A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Основная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цель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40A3B3E" w14:textId="77777777" w:rsid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Презентация  </w:t>
            </w:r>
          </w:p>
          <w:p w14:paraId="5F05FB04" w14:textId="77777777" w:rsid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Заявки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3C04C6C7" w14:textId="77777777" w:rsid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Продажи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2CE5B499" w14:textId="77777777" w:rsid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Запись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656F47BD" w14:textId="77777777" w:rsid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Партнёры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5AD40D42" w14:textId="77777777" w:rsid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Найм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58232335" w14:textId="791FFA58" w:rsidR="003D1041" w:rsidRP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E4254D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Другое</w:t>
            </w:r>
          </w:p>
        </w:tc>
      </w:tr>
      <w:tr w:rsidR="001A412B" w:rsidRPr="001A412B" w14:paraId="2DAB9E70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C4CC070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lastRenderedPageBreak/>
              <w:t>Главное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действие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посетителя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77F6753" w14:textId="77777777" w:rsidR="003D1041" w:rsidRP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Позвонить / оставить заявку / купить / записаться / скачать / другое</w:t>
            </w:r>
          </w:p>
        </w:tc>
      </w:tr>
      <w:tr w:rsidR="001A412B" w:rsidRPr="001A412B" w14:paraId="148DE788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BEA0CE0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Проблема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текущего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решения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CFCAD37" w14:textId="77777777" w:rsidR="003D1041" w:rsidRP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Почему нужен новый сайт или переработка существующего</w:t>
            </w:r>
          </w:p>
        </w:tc>
      </w:tr>
      <w:tr w:rsidR="001A412B" w:rsidRPr="001A412B" w14:paraId="5D36268F" w14:textId="77777777" w:rsidTr="00E4254D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2F80A00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Критерий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успешного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запуска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0A46151" w14:textId="77777777" w:rsidR="003D1041" w:rsidRPr="00E4254D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E4254D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Как поймём, что сайт решает поставленную задачу</w:t>
            </w:r>
          </w:p>
        </w:tc>
      </w:tr>
    </w:tbl>
    <w:p w14:paraId="01721664" w14:textId="77777777" w:rsidR="003D1041" w:rsidRPr="001A412B" w:rsidRDefault="003D1041">
      <w:pPr>
        <w:spacing w:after="20"/>
        <w:rPr>
          <w:rFonts w:ascii="Mont" w:hAnsi="Mont"/>
          <w:bCs/>
          <w:color w:val="auto"/>
          <w:lang w:val="ru-RU"/>
        </w:rPr>
      </w:pPr>
    </w:p>
    <w:p w14:paraId="10D1B706" w14:textId="77777777" w:rsidR="003D1041" w:rsidRPr="00E4254D" w:rsidRDefault="00000000" w:rsidP="00E4254D">
      <w:pPr>
        <w:pStyle w:val="1"/>
        <w:spacing w:before="0"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E4254D">
        <w:rPr>
          <w:rFonts w:ascii="Mont Bold" w:hAnsi="Mont Bold"/>
          <w:b w:val="0"/>
          <w:color w:val="auto"/>
          <w:sz w:val="24"/>
          <w:szCs w:val="20"/>
        </w:rPr>
        <w:t>3. Компания, продукт и предложение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1A412B" w14:paraId="7A3C55AC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867199A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Кратко о компании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64E05AC" w14:textId="77777777" w:rsidR="003D1041" w:rsidRPr="008E2923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8E2923">
              <w:rPr>
                <w:rFonts w:ascii="Mont" w:hAnsi="Mont"/>
                <w:bCs/>
                <w:color w:val="auto"/>
                <w:sz w:val="20"/>
                <w:szCs w:val="24"/>
              </w:rPr>
              <w:t>История, опыт, масштаб, специализация</w:t>
            </w:r>
          </w:p>
        </w:tc>
      </w:tr>
      <w:tr w:rsidR="001A412B" w:rsidRPr="001A412B" w14:paraId="7C508F58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7AF9E8B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Основные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продукты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или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услуги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7622C77" w14:textId="77777777" w:rsidR="003D1041" w:rsidRPr="008E2923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8E2923">
              <w:rPr>
                <w:rFonts w:ascii="Mont" w:hAnsi="Mont"/>
                <w:bCs/>
                <w:color w:val="auto"/>
                <w:sz w:val="20"/>
                <w:szCs w:val="24"/>
              </w:rPr>
              <w:t>Перечень и приоритетные направления</w:t>
            </w:r>
          </w:p>
        </w:tc>
      </w:tr>
      <w:tr w:rsidR="001A412B" w:rsidRPr="001A412B" w14:paraId="5CF0B7ED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9981310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Ключевое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предложение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A201C77" w14:textId="77777777" w:rsidR="003D1041" w:rsidRPr="008E2923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8E2923">
              <w:rPr>
                <w:rFonts w:ascii="Mont" w:hAnsi="Mont"/>
                <w:bCs/>
                <w:color w:val="auto"/>
                <w:sz w:val="20"/>
                <w:szCs w:val="24"/>
              </w:rPr>
              <w:t>Что именно предлагаете клиенту</w:t>
            </w:r>
          </w:p>
        </w:tc>
      </w:tr>
      <w:tr w:rsidR="001A412B" w:rsidRPr="001A412B" w14:paraId="2F0EA3DB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9CCEFDE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Преимущества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61AD949" w14:textId="77777777" w:rsidR="003D1041" w:rsidRPr="008E2923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8E2923">
              <w:rPr>
                <w:rFonts w:ascii="Mont" w:hAnsi="Mont"/>
                <w:bCs/>
                <w:color w:val="auto"/>
                <w:sz w:val="20"/>
                <w:szCs w:val="24"/>
              </w:rPr>
              <w:t>Почему должны выбрать вас</w:t>
            </w:r>
          </w:p>
        </w:tc>
      </w:tr>
      <w:tr w:rsidR="001A412B" w:rsidRPr="001A412B" w14:paraId="1CAD0491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FB0D655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Подтверждения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E1B698D" w14:textId="77777777" w:rsidR="003D1041" w:rsidRPr="008E2923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Проекты, цифры, сертификаты, отзывы, клиенты, гарантии</w:t>
            </w:r>
          </w:p>
        </w:tc>
      </w:tr>
      <w:tr w:rsidR="001A412B" w:rsidRPr="001A412B" w14:paraId="19646180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494E6F3" w14:textId="77777777" w:rsidR="003D1041" w:rsidRPr="00790A9B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Цены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на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сайте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EB7ACAA" w14:textId="77777777" w:rsidR="00E4254D" w:rsidRPr="008E2923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8E2923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Показывать  </w:t>
            </w:r>
          </w:p>
          <w:p w14:paraId="209A600A" w14:textId="77777777" w:rsidR="00E4254D" w:rsidRPr="008E2923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8E2923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8E2923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Не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8E2923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показывать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3CF7E9CF" w14:textId="77777777" w:rsidR="00E4254D" w:rsidRPr="008E2923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8E2923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8E2923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«По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8E2923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запросу»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4F6CBB90" w14:textId="5D6313B5" w:rsidR="003D1041" w:rsidRPr="008E2923" w:rsidRDefault="00000000" w:rsidP="00E4254D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8E2923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8E2923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Нужна</w:t>
            </w: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8E2923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рекомендация</w:t>
            </w:r>
          </w:p>
        </w:tc>
      </w:tr>
      <w:tr w:rsidR="001A412B" w:rsidRPr="001A412B" w14:paraId="1858B120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AFD2B57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География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продаж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/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услуг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D747928" w14:textId="77777777" w:rsidR="003D1041" w:rsidRPr="008E2923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8E2923">
              <w:rPr>
                <w:rFonts w:ascii="Mont" w:hAnsi="Mont"/>
                <w:bCs/>
                <w:color w:val="auto"/>
                <w:sz w:val="20"/>
                <w:szCs w:val="24"/>
              </w:rPr>
              <w:t>Города, регионы, страны</w:t>
            </w:r>
          </w:p>
        </w:tc>
      </w:tr>
      <w:tr w:rsidR="001A412B" w:rsidRPr="001A412B" w14:paraId="0E465A04" w14:textId="77777777" w:rsidTr="008E2923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D8FD7F1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Ограничения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25BFEAF" w14:textId="77777777" w:rsidR="003D1041" w:rsidRPr="008E2923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8E2923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Минимальный заказ, сроки, лицензии, специальные условия</w:t>
            </w:r>
          </w:p>
        </w:tc>
      </w:tr>
    </w:tbl>
    <w:p w14:paraId="3BF80825" w14:textId="77777777" w:rsidR="003D1041" w:rsidRPr="001A412B" w:rsidRDefault="003D1041">
      <w:pPr>
        <w:spacing w:after="20"/>
        <w:rPr>
          <w:rFonts w:ascii="Mont" w:hAnsi="Mont"/>
          <w:bCs/>
          <w:color w:val="auto"/>
          <w:lang w:val="ru-RU"/>
        </w:rPr>
      </w:pPr>
    </w:p>
    <w:p w14:paraId="355D523A" w14:textId="77777777" w:rsidR="003D1041" w:rsidRPr="00656F6F" w:rsidRDefault="00000000" w:rsidP="00656F6F">
      <w:pPr>
        <w:pStyle w:val="1"/>
        <w:spacing w:before="0"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656F6F">
        <w:rPr>
          <w:rFonts w:ascii="Mont Bold" w:hAnsi="Mont Bold"/>
          <w:b w:val="0"/>
          <w:color w:val="auto"/>
          <w:sz w:val="24"/>
          <w:szCs w:val="20"/>
        </w:rPr>
        <w:t xml:space="preserve">4. </w:t>
      </w:r>
      <w:proofErr w:type="spellStart"/>
      <w:r w:rsidRPr="00656F6F">
        <w:rPr>
          <w:rFonts w:ascii="Mont Bold" w:hAnsi="Mont Bold"/>
          <w:b w:val="0"/>
          <w:color w:val="auto"/>
          <w:sz w:val="24"/>
          <w:szCs w:val="20"/>
        </w:rPr>
        <w:t>Целевая</w:t>
      </w:r>
      <w:proofErr w:type="spellEnd"/>
      <w:r w:rsidRPr="00656F6F">
        <w:rPr>
          <w:rFonts w:ascii="Mont Bold" w:hAnsi="Mont Bold"/>
          <w:b w:val="0"/>
          <w:color w:val="auto"/>
          <w:sz w:val="24"/>
          <w:szCs w:val="20"/>
        </w:rPr>
        <w:t xml:space="preserve"> </w:t>
      </w:r>
      <w:proofErr w:type="spellStart"/>
      <w:r w:rsidRPr="00656F6F">
        <w:rPr>
          <w:rFonts w:ascii="Mont Bold" w:hAnsi="Mont Bold"/>
          <w:b w:val="0"/>
          <w:color w:val="auto"/>
          <w:sz w:val="24"/>
          <w:szCs w:val="20"/>
        </w:rPr>
        <w:t>аудитория</w:t>
      </w:r>
      <w:proofErr w:type="spellEnd"/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1A412B" w14:paraId="3164AB64" w14:textId="77777777" w:rsidTr="00656F6F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8284C4B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Основные клиенты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D03AF31" w14:textId="77777777" w:rsidR="003D1041" w:rsidRPr="00656F6F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656F6F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Кто покупает или принимает решение</w:t>
            </w:r>
          </w:p>
        </w:tc>
      </w:tr>
      <w:tr w:rsidR="001A412B" w:rsidRPr="001A412B" w14:paraId="727B9E78" w14:textId="77777777" w:rsidTr="00656F6F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E0FE4D4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B2B / B2C / B2G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2CAA07C" w14:textId="77777777" w:rsidR="003D1041" w:rsidRPr="00656F6F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656F6F">
              <w:rPr>
                <w:rFonts w:ascii="Mont" w:hAnsi="Mont"/>
                <w:bCs/>
                <w:color w:val="auto"/>
                <w:sz w:val="20"/>
                <w:szCs w:val="24"/>
              </w:rPr>
              <w:t>Укажите тип аудитории</w:t>
            </w:r>
          </w:p>
        </w:tc>
      </w:tr>
      <w:tr w:rsidR="001A412B" w:rsidRPr="001A412B" w14:paraId="315847F4" w14:textId="77777777" w:rsidTr="00656F6F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B7B513E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Что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важно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клиенту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4E85D84" w14:textId="77777777" w:rsidR="003D1041" w:rsidRPr="00656F6F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656F6F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Цена, скорость, качество, надёжность, статус, сервис и т.д.</w:t>
            </w:r>
          </w:p>
        </w:tc>
      </w:tr>
      <w:tr w:rsidR="001A412B" w:rsidRPr="001A412B" w14:paraId="6C093B47" w14:textId="77777777" w:rsidTr="00656F6F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2CD1B8E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Основные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вопросы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1A6EE1A" w14:textId="77777777" w:rsidR="003D1041" w:rsidRPr="00656F6F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656F6F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Что клиент обычно спрашивает до покупки</w:t>
            </w:r>
          </w:p>
        </w:tc>
      </w:tr>
      <w:tr w:rsidR="001A412B" w:rsidRPr="001A412B" w14:paraId="03061DFE" w14:textId="77777777" w:rsidTr="00656F6F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933F8D9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lastRenderedPageBreak/>
              <w:t>Возражения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9DE5F99" w14:textId="77777777" w:rsidR="003D1041" w:rsidRPr="00656F6F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656F6F">
              <w:rPr>
                <w:rFonts w:ascii="Mont" w:hAnsi="Mont"/>
                <w:bCs/>
                <w:color w:val="auto"/>
                <w:sz w:val="20"/>
                <w:szCs w:val="24"/>
              </w:rPr>
              <w:t>Почему клиент может отказаться</w:t>
            </w:r>
          </w:p>
        </w:tc>
      </w:tr>
      <w:tr w:rsidR="001A412B" w:rsidRPr="001A412B" w14:paraId="12AF5E7A" w14:textId="77777777" w:rsidTr="00656F6F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CB94F99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Сценарий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обращения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C2F6E83" w14:textId="77777777" w:rsidR="003D1041" w:rsidRPr="00656F6F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656F6F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Как обычно клиент узнаёт о вас и принимает решение</w:t>
            </w:r>
          </w:p>
        </w:tc>
      </w:tr>
    </w:tbl>
    <w:p w14:paraId="53CE2BE7" w14:textId="77777777" w:rsidR="003D1041" w:rsidRPr="00790A9B" w:rsidRDefault="00000000" w:rsidP="00790A9B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790A9B">
        <w:rPr>
          <w:rFonts w:ascii="Mont Bold" w:hAnsi="Mont Bold"/>
          <w:b w:val="0"/>
          <w:color w:val="auto"/>
          <w:sz w:val="24"/>
          <w:szCs w:val="20"/>
        </w:rPr>
        <w:t>5. Конкуренты и примеры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A26CAA" w14:paraId="7AC8A082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7771F73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Прямые конкуренты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FFE532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Ссылки и краткий комментарий</w:t>
            </w:r>
          </w:p>
        </w:tc>
      </w:tr>
      <w:tr w:rsidR="001A412B" w:rsidRPr="00A26CAA" w14:paraId="6384CFD4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DC294E8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Сайты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которые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нравятся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CD787E3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Ссылки и что именно нравится</w:t>
            </w:r>
          </w:p>
        </w:tc>
      </w:tr>
      <w:tr w:rsidR="001A412B" w:rsidRPr="00A26CAA" w14:paraId="2FFA3542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925D2F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Сайты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которые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не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нравятся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B1BAE4B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Ссылки и что именно не нравится</w:t>
            </w:r>
          </w:p>
        </w:tc>
      </w:tr>
      <w:tr w:rsidR="001A412B" w:rsidRPr="00A26CAA" w14:paraId="4AA04C8D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CD9FFCB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Обязательные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отличия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236C7EB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Чем новый сайт должен отличаться от конкурентов</w:t>
            </w:r>
          </w:p>
        </w:tc>
      </w:tr>
    </w:tbl>
    <w:p w14:paraId="249E5E20" w14:textId="77777777" w:rsidR="003D1041" w:rsidRPr="00A26CAA" w:rsidRDefault="00000000" w:rsidP="00A26CAA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A26CAA">
        <w:rPr>
          <w:rFonts w:ascii="Mont Bold" w:hAnsi="Mont Bold"/>
          <w:b w:val="0"/>
          <w:color w:val="auto"/>
          <w:sz w:val="24"/>
          <w:szCs w:val="20"/>
        </w:rPr>
        <w:t>6. Фирменный стиль</w:t>
      </w:r>
    </w:p>
    <w:tbl>
      <w:tblPr>
        <w:tblW w:w="104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6"/>
        <w:gridCol w:w="7285"/>
      </w:tblGrid>
      <w:tr w:rsidR="001A412B" w:rsidRPr="00A26CAA" w14:paraId="0232D3DA" w14:textId="77777777" w:rsidTr="00A26CAA">
        <w:trPr>
          <w:jc w:val="center"/>
        </w:trPr>
        <w:tc>
          <w:tcPr>
            <w:tcW w:w="3206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A8DBE47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Логотип</w:t>
            </w:r>
            <w:proofErr w:type="spellEnd"/>
          </w:p>
        </w:tc>
        <w:tc>
          <w:tcPr>
            <w:tcW w:w="7285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A0BB2E8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Есть  </w:t>
            </w:r>
          </w:p>
          <w:p w14:paraId="41AC9073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доработка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5AC993AA" w14:textId="5DDB5083" w:rsidR="003D1041" w:rsidRP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Нужно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разработать</w:t>
            </w:r>
          </w:p>
        </w:tc>
      </w:tr>
      <w:tr w:rsidR="001A412B" w:rsidRPr="00A26CAA" w14:paraId="528313FF" w14:textId="77777777" w:rsidTr="00A26CAA">
        <w:trPr>
          <w:jc w:val="center"/>
        </w:trPr>
        <w:tc>
          <w:tcPr>
            <w:tcW w:w="3206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2F605AB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Брендбук</w:t>
            </w:r>
            <w:proofErr w:type="spellEnd"/>
          </w:p>
        </w:tc>
        <w:tc>
          <w:tcPr>
            <w:tcW w:w="7285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2BDF2EA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Есть  </w:t>
            </w:r>
          </w:p>
          <w:p w14:paraId="5B23C339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Есть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отдельные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правила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63446928" w14:textId="5C1CE255" w:rsidR="003D1041" w:rsidRP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Нет</w:t>
            </w:r>
          </w:p>
        </w:tc>
      </w:tr>
      <w:tr w:rsidR="001A412B" w:rsidRPr="00A26CAA" w14:paraId="760203B0" w14:textId="77777777" w:rsidTr="00A26CAA">
        <w:trPr>
          <w:jc w:val="center"/>
        </w:trPr>
        <w:tc>
          <w:tcPr>
            <w:tcW w:w="3206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9A31021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Фирменные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цвета</w:t>
            </w:r>
            <w:proofErr w:type="spellEnd"/>
          </w:p>
        </w:tc>
        <w:tc>
          <w:tcPr>
            <w:tcW w:w="7285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FAE8A71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Укажите цвета или приложите материалы</w:t>
            </w:r>
          </w:p>
        </w:tc>
      </w:tr>
      <w:tr w:rsidR="001A412B" w:rsidRPr="00A26CAA" w14:paraId="3153850A" w14:textId="77777777" w:rsidTr="00A26CAA">
        <w:trPr>
          <w:jc w:val="center"/>
        </w:trPr>
        <w:tc>
          <w:tcPr>
            <w:tcW w:w="3206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65473B1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Шрифты</w:t>
            </w:r>
            <w:proofErr w:type="spellEnd"/>
          </w:p>
        </w:tc>
        <w:tc>
          <w:tcPr>
            <w:tcW w:w="7285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0E737C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Укажите используемые шрифты и наличие лицензий</w:t>
            </w:r>
          </w:p>
        </w:tc>
      </w:tr>
      <w:tr w:rsidR="001A412B" w:rsidRPr="00A26CAA" w14:paraId="23C58328" w14:textId="77777777" w:rsidTr="00A26CAA">
        <w:trPr>
          <w:jc w:val="center"/>
        </w:trPr>
        <w:tc>
          <w:tcPr>
            <w:tcW w:w="3206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C23AFDD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Желаемое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впечатление</w:t>
            </w:r>
            <w:proofErr w:type="spellEnd"/>
          </w:p>
        </w:tc>
        <w:tc>
          <w:tcPr>
            <w:tcW w:w="7285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01EAC52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Например: технологично,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премиально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, строго, дружелюбно, динамично</w:t>
            </w:r>
          </w:p>
        </w:tc>
      </w:tr>
      <w:tr w:rsidR="001A412B" w:rsidRPr="00A26CAA" w14:paraId="262B14C5" w14:textId="77777777" w:rsidTr="00A26CAA">
        <w:trPr>
          <w:jc w:val="center"/>
        </w:trPr>
        <w:tc>
          <w:tcPr>
            <w:tcW w:w="3206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B45664D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Запрещённые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7285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07290D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Цвета, стилистика, изображения или приёмы, которые использовать нельзя</w:t>
            </w:r>
          </w:p>
        </w:tc>
      </w:tr>
    </w:tbl>
    <w:p w14:paraId="7374127F" w14:textId="77777777" w:rsidR="003D1041" w:rsidRPr="00A26CAA" w:rsidRDefault="00000000" w:rsidP="00A26CAA">
      <w:pPr>
        <w:pStyle w:val="1"/>
        <w:spacing w:after="0"/>
        <w:rPr>
          <w:rFonts w:ascii="Mont Bold" w:hAnsi="Mont Bold"/>
          <w:b w:val="0"/>
          <w:color w:val="auto"/>
          <w:sz w:val="24"/>
          <w:szCs w:val="20"/>
        </w:rPr>
      </w:pPr>
      <w:r w:rsidRPr="00A26CAA">
        <w:rPr>
          <w:rFonts w:ascii="Mont Bold" w:hAnsi="Mont Bold"/>
          <w:b w:val="0"/>
          <w:color w:val="auto"/>
          <w:sz w:val="24"/>
          <w:szCs w:val="20"/>
        </w:rPr>
        <w:t>7. Контент и материалы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A26CAA" w14:paraId="4883E827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6F6847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Тексты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7F7F8B9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Готовы  </w:t>
            </w:r>
          </w:p>
          <w:p w14:paraId="5562D6D7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редактура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7A451D59" w14:textId="4F0D898D" w:rsidR="003D1041" w:rsidRP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Нужно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написать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нуля</w:t>
            </w:r>
          </w:p>
        </w:tc>
      </w:tr>
      <w:tr w:rsidR="001A412B" w:rsidRPr="00A26CAA" w14:paraId="49237C60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76DEDB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lastRenderedPageBreak/>
              <w:t>Фотографии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7B6E832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Есть  </w:t>
            </w:r>
          </w:p>
          <w:p w14:paraId="7A394BEF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обработка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6F78F8E9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съёмка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1F45859C" w14:textId="0322F761" w:rsidR="003D1041" w:rsidRP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Использовать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фотобанк</w:t>
            </w:r>
          </w:p>
        </w:tc>
      </w:tr>
      <w:tr w:rsidR="001A412B" w:rsidRPr="00A26CAA" w14:paraId="0F9F0447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1674C62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Видео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3A0DBE2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Есть  </w:t>
            </w:r>
          </w:p>
          <w:p w14:paraId="5EE60854" w14:textId="77777777" w:rsid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Нужно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снять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22EA3FD1" w14:textId="7D206595" w:rsidR="003D1041" w:rsidRP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Не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требуется</w:t>
            </w:r>
          </w:p>
        </w:tc>
      </w:tr>
      <w:tr w:rsidR="001A412B" w:rsidRPr="00A26CAA" w14:paraId="75A1C90A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273D8FB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Кейсы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157F013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Количество и готовность материалов</w:t>
            </w:r>
          </w:p>
        </w:tc>
      </w:tr>
      <w:tr w:rsidR="001A412B" w:rsidRPr="00A26CAA" w14:paraId="7AD883A1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AAA710E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Отзывы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7BFF9A1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Текстовые, видео, сканы, ссылки</w:t>
            </w:r>
          </w:p>
        </w:tc>
      </w:tr>
      <w:tr w:rsidR="001A412B" w:rsidRPr="00A26CAA" w14:paraId="0368CF11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F3EB823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Документы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42B1247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Сертификаты, лицензии, реквизиты, каталоги, презентации</w:t>
            </w:r>
          </w:p>
        </w:tc>
      </w:tr>
      <w:tr w:rsidR="001A412B" w:rsidRPr="00A26CAA" w14:paraId="1DA668AE" w14:textId="77777777" w:rsidTr="00A26CAA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6DC652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Кто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согласует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контент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021D99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Ф.И.О. ответственного лица</w:t>
            </w:r>
          </w:p>
        </w:tc>
      </w:tr>
    </w:tbl>
    <w:p w14:paraId="140A8C5E" w14:textId="77777777" w:rsidR="003D1041" w:rsidRPr="001A412B" w:rsidRDefault="003D1041">
      <w:pPr>
        <w:spacing w:after="20"/>
        <w:rPr>
          <w:rFonts w:ascii="Mont" w:hAnsi="Mont"/>
          <w:bCs/>
          <w:color w:val="auto"/>
          <w:lang w:val="ru-RU"/>
        </w:rPr>
      </w:pPr>
    </w:p>
    <w:p w14:paraId="73B7AB9E" w14:textId="77777777" w:rsidR="003D1041" w:rsidRPr="00112907" w:rsidRDefault="00000000" w:rsidP="00112907">
      <w:pPr>
        <w:pStyle w:val="1"/>
        <w:spacing w:before="0"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112907">
        <w:rPr>
          <w:rFonts w:ascii="Mont Bold" w:hAnsi="Mont Bold"/>
          <w:b w:val="0"/>
          <w:color w:val="auto"/>
          <w:sz w:val="24"/>
          <w:szCs w:val="20"/>
        </w:rPr>
        <w:t xml:space="preserve">8. </w:t>
      </w:r>
      <w:proofErr w:type="spellStart"/>
      <w:r w:rsidRPr="00112907">
        <w:rPr>
          <w:rFonts w:ascii="Mont Bold" w:hAnsi="Mont Bold"/>
          <w:b w:val="0"/>
          <w:color w:val="auto"/>
          <w:sz w:val="24"/>
          <w:szCs w:val="20"/>
        </w:rPr>
        <w:t>Предварительная</w:t>
      </w:r>
      <w:proofErr w:type="spellEnd"/>
      <w:r w:rsidRPr="00112907">
        <w:rPr>
          <w:rFonts w:ascii="Mont Bold" w:hAnsi="Mont Bold"/>
          <w:b w:val="0"/>
          <w:color w:val="auto"/>
          <w:sz w:val="24"/>
          <w:szCs w:val="20"/>
        </w:rPr>
        <w:t xml:space="preserve"> </w:t>
      </w:r>
      <w:proofErr w:type="spellStart"/>
      <w:r w:rsidRPr="00112907">
        <w:rPr>
          <w:rFonts w:ascii="Mont Bold" w:hAnsi="Mont Bold"/>
          <w:b w:val="0"/>
          <w:color w:val="auto"/>
          <w:sz w:val="24"/>
          <w:szCs w:val="20"/>
        </w:rPr>
        <w:t>структура</w:t>
      </w:r>
      <w:proofErr w:type="spellEnd"/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A26CAA" w14:paraId="1CE747B1" w14:textId="77777777" w:rsidTr="00112907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83FB273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Обязательные разделы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EADCEE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Главная / услуги / проекты / о компании / контакты / другое</w:t>
            </w:r>
          </w:p>
        </w:tc>
      </w:tr>
      <w:tr w:rsidR="001A412B" w:rsidRPr="00A26CAA" w14:paraId="1BBEC3E6" w14:textId="77777777" w:rsidTr="00112907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FB607C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Количество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услуг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55512CB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Ориентировочно</w:t>
            </w:r>
          </w:p>
        </w:tc>
      </w:tr>
      <w:tr w:rsidR="001A412B" w:rsidRPr="00A26CAA" w14:paraId="113599E7" w14:textId="77777777" w:rsidTr="00112907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06E1358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Количество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проектов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кейсов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9E8C0B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Ориентировочно</w:t>
            </w:r>
          </w:p>
        </w:tc>
      </w:tr>
      <w:tr w:rsidR="001A412B" w:rsidRPr="00A26CAA" w14:paraId="69A093FA" w14:textId="77777777" w:rsidTr="00112907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05DF01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Новости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блог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BE9D74B" w14:textId="77777777" w:rsidR="00112907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Нужны  </w:t>
            </w:r>
          </w:p>
          <w:p w14:paraId="7A61CC43" w14:textId="77777777" w:rsidR="00112907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Не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нужны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3ED0C19E" w14:textId="74F51CE1" w:rsidR="003D1041" w:rsidRP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рекомендация</w:t>
            </w:r>
          </w:p>
        </w:tc>
      </w:tr>
      <w:tr w:rsidR="001A412B" w:rsidRPr="00A26CAA" w14:paraId="55371CCA" w14:textId="77777777" w:rsidTr="00112907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059C5E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Вакансии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8E09C97" w14:textId="77777777" w:rsidR="00112907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Нужны  </w:t>
            </w:r>
          </w:p>
          <w:p w14:paraId="1F09C77F" w14:textId="14E60F2B" w:rsidR="003D1041" w:rsidRPr="00A26CAA" w:rsidRDefault="00000000" w:rsidP="00112907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</w:rPr>
              <w:t>Не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</w:rPr>
              <w:t>нужны</w:t>
            </w:r>
            <w:proofErr w:type="spellEnd"/>
          </w:p>
        </w:tc>
      </w:tr>
      <w:tr w:rsidR="001A412B" w:rsidRPr="00A26CAA" w14:paraId="1D0EC0B0" w14:textId="77777777" w:rsidTr="00112907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E58606D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Документы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для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скачивания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F7816C7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Какие и сколько</w:t>
            </w:r>
          </w:p>
        </w:tc>
      </w:tr>
      <w:tr w:rsidR="001A412B" w:rsidRPr="00A26CAA" w14:paraId="0F216B4D" w14:textId="77777777" w:rsidTr="00112907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A02E518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Языковые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версии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C1BBCA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Один язык / несколько языков</w:t>
            </w:r>
          </w:p>
        </w:tc>
      </w:tr>
    </w:tbl>
    <w:p w14:paraId="101E1C87" w14:textId="77777777" w:rsidR="003D1041" w:rsidRPr="001A412B" w:rsidRDefault="003D1041">
      <w:pPr>
        <w:spacing w:after="20"/>
        <w:rPr>
          <w:rFonts w:ascii="Mont" w:hAnsi="Mont"/>
          <w:bCs/>
          <w:color w:val="auto"/>
        </w:rPr>
      </w:pPr>
    </w:p>
    <w:p w14:paraId="6E391951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lastRenderedPageBreak/>
        <w:t>9. Формы и функции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9E5FF8" w14:paraId="7CE264B1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F8D340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Формы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5217BD2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Заявка  </w:t>
            </w:r>
          </w:p>
          <w:p w14:paraId="52B51D8E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9E5FF8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9E5FF8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Звонок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53618E1C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9E5FF8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9E5FF8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КП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69ED824F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9E5FF8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9E5FF8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Запись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21B9AA45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9E5FF8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9E5FF8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Резюме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0712F234" w14:textId="57ACF82D" w:rsidR="003D1041" w:rsidRP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9E5FF8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9E5FF8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9E5FF8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Другое</w:t>
            </w:r>
          </w:p>
        </w:tc>
      </w:tr>
      <w:tr w:rsidR="001A412B" w:rsidRPr="00A26CAA" w14:paraId="74043B5E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43DD62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Поля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формы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34DA01D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Имя, телефон, 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e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-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mail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, организация, файл, комментарий и др.</w:t>
            </w:r>
          </w:p>
        </w:tc>
      </w:tr>
      <w:tr w:rsidR="001A412B" w:rsidRPr="00A26CAA" w14:paraId="6B3C8918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1668640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Куда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поступают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обращения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5391DE4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E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-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mail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Telegram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CRM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/ административная панель</w:t>
            </w:r>
          </w:p>
        </w:tc>
      </w:tr>
      <w:tr w:rsidR="001A412B" w:rsidRPr="00A26CAA" w14:paraId="3BCE5B71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C6452A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Калькулятор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квиз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FC4CBE0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Опишите требуемый расчёт или сценарий</w:t>
            </w:r>
          </w:p>
        </w:tc>
      </w:tr>
      <w:tr w:rsidR="001A412B" w:rsidRPr="00A26CAA" w14:paraId="685DDC0A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696DCA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Поиск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фильтры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49D0F3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Где нужны и по каким параметрам</w:t>
            </w:r>
          </w:p>
        </w:tc>
      </w:tr>
      <w:tr w:rsidR="001A412B" w:rsidRPr="00A26CAA" w14:paraId="2EAE9D94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3CF5FC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Личный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кабинет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599F73C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Роли, доступные действия, документы, история заказов</w:t>
            </w:r>
          </w:p>
        </w:tc>
      </w:tr>
      <w:tr w:rsidR="001A412B" w:rsidRPr="00A26CAA" w14:paraId="724A9847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BDFF614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Онлайн-запись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9F049C3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Сервис, расписание, специалисты, подтверждение</w:t>
            </w:r>
          </w:p>
        </w:tc>
      </w:tr>
      <w:tr w:rsidR="001A412B" w:rsidRPr="00A26CAA" w14:paraId="1EF4635D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2C0BED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Дополнительные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функции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76669C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Карта, чат, обратный звонок, сравнение, избранное и др.</w:t>
            </w:r>
          </w:p>
        </w:tc>
      </w:tr>
    </w:tbl>
    <w:p w14:paraId="03DCE0C0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10.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Вопросы</w:t>
      </w:r>
      <w:proofErr w:type="spellEnd"/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для</w:t>
      </w:r>
      <w:proofErr w:type="spellEnd"/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интернет-магазина</w:t>
      </w:r>
      <w:proofErr w:type="spellEnd"/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A26CAA" w14:paraId="457DA78C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BA6E83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Ассортимент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D273DE0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Количество товаров, категорий и вариантов</w:t>
            </w:r>
          </w:p>
        </w:tc>
      </w:tr>
      <w:tr w:rsidR="001A412B" w:rsidRPr="00A26CAA" w14:paraId="5DA9ECFD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091724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Карточка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товара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6DA3ED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Характеристики, варианты, остатки, документы, видео</w:t>
            </w:r>
          </w:p>
        </w:tc>
      </w:tr>
      <w:tr w:rsidR="001A412B" w:rsidRPr="00A26CAA" w14:paraId="451522BD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AF58944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Цены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89FCA00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Одна цена / типы цен / скидки / промокоды / персональные цены</w:t>
            </w:r>
          </w:p>
        </w:tc>
      </w:tr>
      <w:tr w:rsidR="001A412B" w:rsidRPr="00A26CAA" w14:paraId="5BAF6ADF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6E2841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Оплата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AF2B24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Онлайн, счёт, при получении, кредит, другое</w:t>
            </w:r>
          </w:p>
        </w:tc>
      </w:tr>
      <w:tr w:rsidR="001A412B" w:rsidRPr="00A26CAA" w14:paraId="06101C94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3A3D59C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Доставка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F46B163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Курьер, ПВЗ, транспортные компании, расчёт по зонам</w:t>
            </w:r>
          </w:p>
        </w:tc>
      </w:tr>
      <w:tr w:rsidR="001A412B" w:rsidRPr="00A26CAA" w14:paraId="5C735B7C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32505C0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Учётная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система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E5A6221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1С / МойСклад / CRM / нет</w:t>
            </w:r>
          </w:p>
        </w:tc>
      </w:tr>
      <w:tr w:rsidR="001A412B" w:rsidRPr="00A26CAA" w14:paraId="62949CC2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089998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Обмен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данными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9D3EF6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Товары, цены, остатки, заказы, статусы</w:t>
            </w:r>
          </w:p>
        </w:tc>
      </w:tr>
      <w:tr w:rsidR="001A412B" w:rsidRPr="00A26CAA" w14:paraId="73C8A4A1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A4EA3D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Маркировка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/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касса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5F0D92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Требуется ли интеграция</w:t>
            </w:r>
          </w:p>
        </w:tc>
      </w:tr>
    </w:tbl>
    <w:p w14:paraId="7360BC68" w14:textId="77777777" w:rsidR="003D1041" w:rsidRPr="001A412B" w:rsidRDefault="003D1041">
      <w:pPr>
        <w:spacing w:after="20"/>
        <w:rPr>
          <w:rFonts w:ascii="Mont" w:hAnsi="Mont"/>
          <w:bCs/>
          <w:color w:val="auto"/>
        </w:rPr>
      </w:pPr>
    </w:p>
    <w:p w14:paraId="6128CECD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lastRenderedPageBreak/>
        <w:t>11. Домен, размещение и почта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A26CAA" w14:paraId="6130BBA7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592736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Домен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92608C3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Есть  </w:t>
            </w:r>
          </w:p>
          <w:p w14:paraId="6ECF25B2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Нужно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подобрать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и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зарегистрировать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0E620399" w14:textId="132ADF8F" w:rsidR="003D1041" w:rsidRPr="00A26CAA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Заказчик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сделает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сам</w:t>
            </w:r>
          </w:p>
        </w:tc>
      </w:tr>
      <w:tr w:rsidR="001A412B" w:rsidRPr="00A26CAA" w14:paraId="529895A0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59BE2E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Хостинг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55CA7AC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Есть  </w:t>
            </w:r>
          </w:p>
          <w:p w14:paraId="4A2D9DD9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Нужно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подобрать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4748C0E2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Нужен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сервер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685CFE67" w14:textId="530D7B87" w:rsidR="003D1041" w:rsidRPr="00A26CAA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Нужна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рекомендация</w:t>
            </w:r>
          </w:p>
        </w:tc>
      </w:tr>
      <w:tr w:rsidR="001A412B" w:rsidRPr="00A26CAA" w14:paraId="66D0391F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2B0FDA8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SSL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B31A7B1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Подключить бесплатный  </w:t>
            </w:r>
          </w:p>
          <w:p w14:paraId="2DAA8172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Платный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1AFFEA67" w14:textId="1AFB16E8" w:rsidR="003D1041" w:rsidRPr="00A26CAA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Заказчик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настраивает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сам</w:t>
            </w:r>
          </w:p>
        </w:tc>
      </w:tr>
      <w:tr w:rsidR="001A412B" w:rsidRPr="00A26CAA" w14:paraId="144C72D3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D2C53F2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Корпоративная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241C323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Есть  </w:t>
            </w:r>
          </w:p>
          <w:p w14:paraId="5122C91B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Нужно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настроить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089D4428" w14:textId="0FE7F806" w:rsidR="003D1041" w:rsidRPr="00A26CAA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Не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требуется</w:t>
            </w:r>
          </w:p>
        </w:tc>
      </w:tr>
      <w:tr w:rsidR="001A412B" w:rsidRPr="00A26CAA" w14:paraId="4AFC5C50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3DDB648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Ожидаемая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посещаемость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BA6D9B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Посетителей в день / месяц, сезонные пики</w:t>
            </w:r>
          </w:p>
        </w:tc>
      </w:tr>
      <w:tr w:rsidR="001A412B" w:rsidRPr="00A26CAA" w14:paraId="765762BE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E6E4081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Особые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требования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6AD6DBA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Расположение сервера, резервирование, 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SLA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, ограничения организации</w:t>
            </w:r>
          </w:p>
        </w:tc>
      </w:tr>
    </w:tbl>
    <w:p w14:paraId="298BD26D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12.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Административная</w:t>
      </w:r>
      <w:proofErr w:type="spellEnd"/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панель</w:t>
      </w:r>
      <w:proofErr w:type="spellEnd"/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A26CAA" w14:paraId="6A187D76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414759D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Что нужно менять самостоятельно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FF0F5F4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Тексты, цены, услуги, товары, проекты, документы, меню и т.д.</w:t>
            </w:r>
          </w:p>
        </w:tc>
      </w:tr>
      <w:tr w:rsidR="001A412B" w:rsidRPr="00A26CAA" w14:paraId="6E8B9DAA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8920051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Количество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пользователей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423053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Администраторы, редакторы, менеджеры</w:t>
            </w:r>
          </w:p>
        </w:tc>
      </w:tr>
      <w:tr w:rsidR="001A412B" w:rsidRPr="00A26CAA" w14:paraId="1DE77C46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D2C73AC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Разграничение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прав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D5E837F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Какие разделы доступны каждой роли</w:t>
            </w:r>
          </w:p>
        </w:tc>
      </w:tr>
      <w:tr w:rsidR="001A412B" w:rsidRPr="00A26CAA" w14:paraId="4161B168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4975ACD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Обучение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9E02E60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Видео  </w:t>
            </w:r>
          </w:p>
          <w:p w14:paraId="1DD36E82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Инструкция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545682DE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Онлайн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-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сессия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 </w:t>
            </w:r>
          </w:p>
          <w:p w14:paraId="4D834E5A" w14:textId="53433509" w:rsidR="003D1041" w:rsidRPr="00A26CAA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Segoe UI Symbol" w:hAnsi="Segoe UI Symbol" w:cs="Segoe UI Symbol"/>
                <w:bCs/>
                <w:color w:val="auto"/>
                <w:sz w:val="20"/>
                <w:szCs w:val="20"/>
                <w:lang w:val="ru-RU"/>
              </w:rPr>
              <w:t>☐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Не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 </w:t>
            </w:r>
            <w:r w:rsidRPr="00A26CAA">
              <w:rPr>
                <w:rFonts w:ascii="Mont" w:hAnsi="Mont" w:cs="Mont"/>
                <w:bCs/>
                <w:color w:val="auto"/>
                <w:sz w:val="20"/>
                <w:szCs w:val="20"/>
                <w:lang w:val="ru-RU"/>
              </w:rPr>
              <w:t>требуется</w:t>
            </w:r>
          </w:p>
        </w:tc>
      </w:tr>
      <w:tr w:rsidR="001A412B" w:rsidRPr="00A26CAA" w14:paraId="632BFF74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BDFAD0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Кто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будет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lastRenderedPageBreak/>
              <w:t>администрировать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EFE0C5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lastRenderedPageBreak/>
              <w:t>Сотрудник заказчика / Исполнитель / другой подрядчик</w:t>
            </w:r>
          </w:p>
        </w:tc>
      </w:tr>
    </w:tbl>
    <w:p w14:paraId="0F9248C2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13.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Интеграции</w:t>
      </w:r>
      <w:proofErr w:type="spellEnd"/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 и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продвижение</w:t>
      </w:r>
      <w:proofErr w:type="spellEnd"/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A26CAA" w14:paraId="38433785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9FDFBA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CRM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FAC83A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Название и требуемые действия</w:t>
            </w:r>
          </w:p>
        </w:tc>
      </w:tr>
      <w:tr w:rsidR="001A412B" w:rsidRPr="00A26CAA" w14:paraId="3C6E93FA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5B5B65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Аналитика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7211D52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Яндекс Метрика / Google Analytics / другое</w:t>
            </w:r>
          </w:p>
        </w:tc>
      </w:tr>
      <w:tr w:rsidR="001A412B" w:rsidRPr="00A26CAA" w14:paraId="12D4500A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92FB8B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Реклама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6CDDE42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Контекстная, таргетированная, рекламные кабинеты</w:t>
            </w:r>
          </w:p>
        </w:tc>
      </w:tr>
      <w:tr w:rsidR="001A412B" w:rsidRPr="00A26CAA" w14:paraId="4CDEC13A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60F3CBD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SEO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19A05D6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Базовая подготовка / полноценное продвижение / не требуется</w:t>
            </w:r>
          </w:p>
        </w:tc>
      </w:tr>
      <w:tr w:rsidR="001A412B" w:rsidRPr="00A26CAA" w14:paraId="1125BF16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8A7A9C9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</w:rPr>
            </w:pP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Другие</w:t>
            </w:r>
            <w:proofErr w:type="spellEnd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сервисы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3294415" w14:textId="77777777" w:rsidR="003D1041" w:rsidRPr="00A26CAA" w:rsidRDefault="00000000">
            <w:pPr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A26CA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 xml:space="preserve">Телефония, рассылки, карты, чаты, платёжные системы, </w:t>
            </w:r>
            <w:r w:rsidRPr="00A26CAA">
              <w:rPr>
                <w:rFonts w:ascii="Mont" w:hAnsi="Mont"/>
                <w:bCs/>
                <w:color w:val="auto"/>
                <w:sz w:val="20"/>
                <w:szCs w:val="20"/>
              </w:rPr>
              <w:t>API</w:t>
            </w:r>
          </w:p>
        </w:tc>
      </w:tr>
    </w:tbl>
    <w:p w14:paraId="251DEAE4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t>14. Юридические требования</w:t>
      </w:r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790A9B" w14:paraId="2058401E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7C8E04F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Персональные данные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051E202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Кто является оператором, какие данные собираются</w:t>
            </w:r>
          </w:p>
        </w:tc>
      </w:tr>
      <w:tr w:rsidR="001A412B" w:rsidRPr="00790A9B" w14:paraId="5A10E54A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4A08D1F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Юридические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документы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E52D061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Политика, согласие, 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cookie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, оферта, доставка, возврат</w:t>
            </w:r>
          </w:p>
        </w:tc>
      </w:tr>
      <w:tr w:rsidR="001A412B" w:rsidRPr="00790A9B" w14:paraId="410BF5AF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5392FBC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Отраслевые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требования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DE90FB3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Лицензии, ограничения рекламы, обязательная информация</w:t>
            </w:r>
          </w:p>
        </w:tc>
      </w:tr>
      <w:tr w:rsidR="001A412B" w:rsidRPr="00790A9B" w14:paraId="7F74E8C7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2DD0223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Кто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готовит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документы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3A797BB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Заказчик / юрист / требуется шаблонное размещение</w:t>
            </w:r>
          </w:p>
        </w:tc>
      </w:tr>
    </w:tbl>
    <w:p w14:paraId="4E6DD193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15.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Срок</w:t>
      </w:r>
      <w:proofErr w:type="spellEnd"/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,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бюджет</w:t>
      </w:r>
      <w:proofErr w:type="spellEnd"/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 и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согласование</w:t>
      </w:r>
      <w:proofErr w:type="spellEnd"/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790A9B" w14:paraId="699D5559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60DCA45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Желаемая дата запуска</w:t>
            </w:r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A15990D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Укажите дату и причину, если срок жёсткий</w:t>
            </w:r>
          </w:p>
        </w:tc>
      </w:tr>
      <w:tr w:rsidR="001A412B" w:rsidRPr="00790A9B" w14:paraId="6A91925C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3E01810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Предполагаемый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бюджет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7080AC2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>Укажите диапазон или «нужна оценка»</w:t>
            </w:r>
          </w:p>
        </w:tc>
      </w:tr>
      <w:tr w:rsidR="001A412B" w:rsidRPr="00790A9B" w14:paraId="6D103634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DA8C41D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Приоритет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9AB54F8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Цена  </w:t>
            </w:r>
          </w:p>
          <w:p w14:paraId="7BFFEED8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790A9B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Скорость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1488DB7A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790A9B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Уникальность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1E3315E0" w14:textId="77777777" w:rsidR="009E5FF8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790A9B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Функциональность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 </w:t>
            </w:r>
          </w:p>
          <w:p w14:paraId="7E786D90" w14:textId="61589403" w:rsidR="003D1041" w:rsidRPr="00790A9B" w:rsidRDefault="00000000" w:rsidP="009E5FF8">
            <w:pPr>
              <w:spacing w:line="240" w:lineRule="auto"/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</w:pPr>
            <w:r w:rsidRPr="00790A9B">
              <w:rPr>
                <w:rFonts w:ascii="Segoe UI Symbol" w:hAnsi="Segoe UI Symbol" w:cs="Segoe UI Symbol"/>
                <w:bCs/>
                <w:color w:val="auto"/>
                <w:sz w:val="20"/>
                <w:szCs w:val="24"/>
                <w:lang w:val="ru-RU"/>
              </w:rPr>
              <w:t>☐</w:t>
            </w:r>
            <w:r w:rsidRPr="00790A9B">
              <w:rPr>
                <w:rFonts w:ascii="Mont" w:hAnsi="Mont"/>
                <w:bCs/>
                <w:color w:val="auto"/>
                <w:sz w:val="20"/>
                <w:szCs w:val="24"/>
                <w:lang w:val="ru-RU"/>
              </w:rPr>
              <w:t xml:space="preserve"> </w:t>
            </w:r>
            <w:r w:rsidRPr="00790A9B">
              <w:rPr>
                <w:rFonts w:ascii="Mont" w:hAnsi="Mont" w:cs="Mont"/>
                <w:bCs/>
                <w:color w:val="auto"/>
                <w:sz w:val="20"/>
                <w:szCs w:val="24"/>
                <w:lang w:val="ru-RU"/>
              </w:rPr>
              <w:t>Надёжность</w:t>
            </w:r>
          </w:p>
        </w:tc>
      </w:tr>
      <w:tr w:rsidR="001A412B" w:rsidRPr="00790A9B" w14:paraId="3BB6E076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1FC63B3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Лицо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,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принимающее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решение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A8998C6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Ф.И.О., должность</w:t>
            </w:r>
          </w:p>
        </w:tc>
      </w:tr>
      <w:tr w:rsidR="001A412B" w:rsidRPr="00790A9B" w14:paraId="6164E654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1CDE45C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Срок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согласования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этапа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2BE80EE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Количество рабочих дней</w:t>
            </w:r>
          </w:p>
        </w:tc>
      </w:tr>
      <w:tr w:rsidR="001A412B" w:rsidRPr="00790A9B" w14:paraId="2C2EA04C" w14:textId="77777777" w:rsidTr="009E5FF8">
        <w:trPr>
          <w:jc w:val="center"/>
        </w:trPr>
        <w:tc>
          <w:tcPr>
            <w:tcW w:w="2835" w:type="dxa"/>
            <w:shd w:val="clear" w:color="auto" w:fill="EAF2F8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6E50360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lastRenderedPageBreak/>
              <w:t>Предпочтительный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канал</w:t>
            </w:r>
            <w:proofErr w:type="spellEnd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 xml:space="preserve"> </w:t>
            </w:r>
            <w:proofErr w:type="spellStart"/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связи</w:t>
            </w:r>
            <w:proofErr w:type="spellEnd"/>
          </w:p>
        </w:tc>
        <w:tc>
          <w:tcPr>
            <w:tcW w:w="6803" w:type="dxa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ABF6911" w14:textId="77777777" w:rsidR="003D1041" w:rsidRPr="00790A9B" w:rsidRDefault="00000000">
            <w:pPr>
              <w:rPr>
                <w:rFonts w:ascii="Mont" w:hAnsi="Mont"/>
                <w:bCs/>
                <w:color w:val="auto"/>
                <w:sz w:val="20"/>
                <w:szCs w:val="24"/>
              </w:rPr>
            </w:pPr>
            <w:r w:rsidRPr="00790A9B">
              <w:rPr>
                <w:rFonts w:ascii="Mont" w:hAnsi="Mont"/>
                <w:bCs/>
                <w:color w:val="auto"/>
                <w:sz w:val="20"/>
                <w:szCs w:val="24"/>
              </w:rPr>
              <w:t>E-mail / Telegram / встреча / другое</w:t>
            </w:r>
          </w:p>
        </w:tc>
      </w:tr>
    </w:tbl>
    <w:p w14:paraId="051B1FF7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r w:rsidRPr="009E5FF8">
        <w:rPr>
          <w:rFonts w:ascii="Mont Bold" w:hAnsi="Mont Bold"/>
          <w:b w:val="0"/>
          <w:color w:val="auto"/>
          <w:sz w:val="24"/>
          <w:szCs w:val="20"/>
        </w:rPr>
        <w:t>16. Приложения к брифу</w:t>
      </w:r>
    </w:p>
    <w:p w14:paraId="7CA60C43" w14:textId="0F113FE0" w:rsidR="003D1041" w:rsidRPr="001A412B" w:rsidRDefault="00000000" w:rsidP="009E5FF8">
      <w:pPr>
        <w:pStyle w:val="a0"/>
        <w:tabs>
          <w:tab w:val="clear" w:pos="360"/>
          <w:tab w:val="num" w:pos="142"/>
        </w:tabs>
        <w:spacing w:after="50"/>
        <w:ind w:left="0" w:firstLine="0"/>
        <w:rPr>
          <w:rFonts w:ascii="Mont" w:hAnsi="Mont"/>
          <w:bCs/>
          <w:color w:val="auto"/>
          <w:lang w:val="ru-RU"/>
        </w:rPr>
      </w:pPr>
      <w:r w:rsidRPr="001A412B">
        <w:rPr>
          <w:rFonts w:ascii="Mont" w:hAnsi="Mont"/>
          <w:bCs/>
          <w:color w:val="auto"/>
          <w:lang w:val="ru-RU"/>
        </w:rPr>
        <w:t>Логотип и материалы фирменного стиля</w:t>
      </w:r>
    </w:p>
    <w:p w14:paraId="093155C3" w14:textId="23CC3C29" w:rsidR="003D1041" w:rsidRPr="001A412B" w:rsidRDefault="00000000" w:rsidP="009E5FF8">
      <w:pPr>
        <w:pStyle w:val="a0"/>
        <w:tabs>
          <w:tab w:val="clear" w:pos="360"/>
          <w:tab w:val="num" w:pos="142"/>
        </w:tabs>
        <w:spacing w:after="50"/>
        <w:ind w:left="0" w:firstLine="0"/>
        <w:rPr>
          <w:rFonts w:ascii="Mont" w:hAnsi="Mont"/>
          <w:bCs/>
          <w:color w:val="auto"/>
          <w:lang w:val="ru-RU"/>
        </w:rPr>
      </w:pPr>
      <w:r w:rsidRPr="001A412B">
        <w:rPr>
          <w:rFonts w:ascii="Mont" w:hAnsi="Mont"/>
          <w:bCs/>
          <w:color w:val="auto"/>
          <w:lang w:val="ru-RU"/>
        </w:rPr>
        <w:t>Тексты, презентации и описание услуг</w:t>
      </w:r>
    </w:p>
    <w:p w14:paraId="44B3D136" w14:textId="6D2CA4D1" w:rsidR="003D1041" w:rsidRPr="001A412B" w:rsidRDefault="00000000" w:rsidP="009E5FF8">
      <w:pPr>
        <w:pStyle w:val="a0"/>
        <w:tabs>
          <w:tab w:val="clear" w:pos="360"/>
          <w:tab w:val="num" w:pos="142"/>
        </w:tabs>
        <w:spacing w:after="50"/>
        <w:ind w:left="0" w:firstLine="0"/>
        <w:rPr>
          <w:rFonts w:ascii="Mont" w:hAnsi="Mont"/>
          <w:bCs/>
          <w:color w:val="auto"/>
          <w:lang w:val="ru-RU"/>
        </w:rPr>
      </w:pPr>
      <w:r w:rsidRPr="001A412B">
        <w:rPr>
          <w:rFonts w:ascii="Mont" w:hAnsi="Mont"/>
          <w:bCs/>
          <w:color w:val="auto"/>
          <w:lang w:val="ru-RU"/>
        </w:rPr>
        <w:t>Фотографии, видео, проекты и отзывы</w:t>
      </w:r>
    </w:p>
    <w:p w14:paraId="416DE75F" w14:textId="64BBE168" w:rsidR="003D1041" w:rsidRPr="001A412B" w:rsidRDefault="00000000" w:rsidP="009E5FF8">
      <w:pPr>
        <w:pStyle w:val="a0"/>
        <w:tabs>
          <w:tab w:val="clear" w:pos="360"/>
          <w:tab w:val="num" w:pos="142"/>
        </w:tabs>
        <w:spacing w:after="50"/>
        <w:ind w:left="0" w:firstLine="0"/>
        <w:rPr>
          <w:rFonts w:ascii="Mont" w:hAnsi="Mont"/>
          <w:bCs/>
          <w:color w:val="auto"/>
          <w:lang w:val="ru-RU"/>
        </w:rPr>
      </w:pPr>
      <w:r w:rsidRPr="001A412B">
        <w:rPr>
          <w:rFonts w:ascii="Mont" w:hAnsi="Mont"/>
          <w:bCs/>
          <w:color w:val="auto"/>
          <w:lang w:val="ru-RU"/>
        </w:rPr>
        <w:t>Список конкурентов и сайтов-примеров</w:t>
      </w:r>
    </w:p>
    <w:p w14:paraId="305210CA" w14:textId="16C339CF" w:rsidR="003D1041" w:rsidRPr="001A412B" w:rsidRDefault="00000000" w:rsidP="009E5FF8">
      <w:pPr>
        <w:pStyle w:val="a0"/>
        <w:tabs>
          <w:tab w:val="clear" w:pos="360"/>
          <w:tab w:val="num" w:pos="142"/>
        </w:tabs>
        <w:spacing w:after="50"/>
        <w:ind w:left="0" w:firstLine="0"/>
        <w:rPr>
          <w:rFonts w:ascii="Mont" w:hAnsi="Mont"/>
          <w:bCs/>
          <w:color w:val="auto"/>
        </w:rPr>
      </w:pPr>
      <w:proofErr w:type="spellStart"/>
      <w:r w:rsidRPr="001A412B">
        <w:rPr>
          <w:rFonts w:ascii="Mont" w:hAnsi="Mont"/>
          <w:bCs/>
          <w:color w:val="auto"/>
        </w:rPr>
        <w:t>Реквизиты</w:t>
      </w:r>
      <w:proofErr w:type="spellEnd"/>
      <w:r w:rsidRPr="001A412B">
        <w:rPr>
          <w:rFonts w:ascii="Mont" w:hAnsi="Mont"/>
          <w:bCs/>
          <w:color w:val="auto"/>
        </w:rPr>
        <w:t xml:space="preserve"> и </w:t>
      </w:r>
      <w:proofErr w:type="spellStart"/>
      <w:r w:rsidRPr="001A412B">
        <w:rPr>
          <w:rFonts w:ascii="Mont" w:hAnsi="Mont"/>
          <w:bCs/>
          <w:color w:val="auto"/>
        </w:rPr>
        <w:t>юридические</w:t>
      </w:r>
      <w:proofErr w:type="spellEnd"/>
      <w:r w:rsidRPr="001A412B">
        <w:rPr>
          <w:rFonts w:ascii="Mont" w:hAnsi="Mont"/>
          <w:bCs/>
          <w:color w:val="auto"/>
        </w:rPr>
        <w:t xml:space="preserve"> </w:t>
      </w:r>
      <w:proofErr w:type="spellStart"/>
      <w:r w:rsidRPr="001A412B">
        <w:rPr>
          <w:rFonts w:ascii="Mont" w:hAnsi="Mont"/>
          <w:bCs/>
          <w:color w:val="auto"/>
        </w:rPr>
        <w:t>документы</w:t>
      </w:r>
      <w:proofErr w:type="spellEnd"/>
    </w:p>
    <w:p w14:paraId="575AD0BA" w14:textId="5A8D8AAC" w:rsidR="003D1041" w:rsidRDefault="00000000" w:rsidP="009E5FF8">
      <w:pPr>
        <w:pStyle w:val="a0"/>
        <w:tabs>
          <w:tab w:val="clear" w:pos="360"/>
          <w:tab w:val="num" w:pos="142"/>
        </w:tabs>
        <w:spacing w:line="480" w:lineRule="auto"/>
        <w:ind w:left="0" w:firstLine="0"/>
        <w:rPr>
          <w:rFonts w:ascii="Mont" w:hAnsi="Mont"/>
          <w:bCs/>
          <w:color w:val="auto"/>
          <w:lang w:val="ru-RU"/>
        </w:rPr>
      </w:pPr>
      <w:r w:rsidRPr="001A412B">
        <w:rPr>
          <w:rFonts w:ascii="Mont" w:hAnsi="Mont"/>
          <w:bCs/>
          <w:color w:val="auto"/>
          <w:lang w:val="ru-RU"/>
        </w:rPr>
        <w:t>Доступы к домену, хостингу и сервисам — только после согласования порядка передачи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10490"/>
      </w:tblGrid>
      <w:tr w:rsidR="001A412B" w:rsidRPr="001A412B" w14:paraId="2F7FED30" w14:textId="77777777" w:rsidTr="0012054A">
        <w:trPr>
          <w:jc w:val="center"/>
        </w:trPr>
        <w:tc>
          <w:tcPr>
            <w:tcW w:w="10312" w:type="dxa"/>
            <w:tcBorders>
              <w:top w:val="single" w:sz="4" w:space="0" w:color="F9ECEB"/>
              <w:left w:val="single" w:sz="12" w:space="0" w:color="F79646" w:themeColor="accent6"/>
              <w:bottom w:val="single" w:sz="4" w:space="0" w:color="F9ECEB"/>
              <w:right w:val="single" w:sz="4" w:space="0" w:color="F9ECEB"/>
            </w:tcBorders>
            <w:shd w:val="clear" w:color="auto" w:fill="auto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2064404" w14:textId="77777777" w:rsidR="003D1041" w:rsidRPr="0012054A" w:rsidRDefault="00000000" w:rsidP="009E5FF8">
            <w:pPr>
              <w:spacing w:after="0"/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</w:pPr>
            <w:r w:rsidRPr="0012054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После получения брифа</w:t>
            </w:r>
          </w:p>
          <w:p w14:paraId="556C1C20" w14:textId="4A1A8605" w:rsidR="003D1041" w:rsidRPr="001A412B" w:rsidRDefault="00000000">
            <w:pPr>
              <w:spacing w:after="0" w:line="252" w:lineRule="auto"/>
              <w:rPr>
                <w:rFonts w:ascii="Mont" w:hAnsi="Mont"/>
                <w:bCs/>
                <w:color w:val="auto"/>
                <w:lang w:val="ru-RU"/>
              </w:rPr>
            </w:pPr>
            <w:r w:rsidRPr="0012054A">
              <w:rPr>
                <w:rFonts w:ascii="Mont" w:hAnsi="Mont"/>
                <w:bCs/>
                <w:color w:val="auto"/>
                <w:sz w:val="20"/>
                <w:szCs w:val="20"/>
                <w:lang w:val="ru-RU"/>
              </w:rPr>
              <w:t>Исполнитель уточняет спорные вопросы, предлагает структуру и технологический вариант, разделяет обязательные и дополнительные работы, формирует техническое задание, календарный план и окончательную смету</w:t>
            </w:r>
          </w:p>
        </w:tc>
      </w:tr>
    </w:tbl>
    <w:p w14:paraId="7B62E9D9" w14:textId="77777777" w:rsidR="003D1041" w:rsidRPr="009E5FF8" w:rsidRDefault="00000000" w:rsidP="009E5FF8">
      <w:pPr>
        <w:pStyle w:val="1"/>
        <w:spacing w:after="0" w:line="240" w:lineRule="auto"/>
        <w:rPr>
          <w:rFonts w:ascii="Mont Bold" w:hAnsi="Mont Bold"/>
          <w:b w:val="0"/>
          <w:color w:val="auto"/>
          <w:sz w:val="24"/>
          <w:szCs w:val="20"/>
        </w:rPr>
      </w:pP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Подтверждение</w:t>
      </w:r>
      <w:proofErr w:type="spellEnd"/>
      <w:r w:rsidRPr="009E5FF8">
        <w:rPr>
          <w:rFonts w:ascii="Mont Bold" w:hAnsi="Mont Bold"/>
          <w:b w:val="0"/>
          <w:color w:val="auto"/>
          <w:sz w:val="24"/>
          <w:szCs w:val="20"/>
        </w:rPr>
        <w:t xml:space="preserve"> и </w:t>
      </w:r>
      <w:proofErr w:type="spellStart"/>
      <w:r w:rsidRPr="009E5FF8">
        <w:rPr>
          <w:rFonts w:ascii="Mont Bold" w:hAnsi="Mont Bold"/>
          <w:b w:val="0"/>
          <w:color w:val="auto"/>
          <w:sz w:val="24"/>
          <w:szCs w:val="20"/>
        </w:rPr>
        <w:t>согласование</w:t>
      </w:r>
      <w:proofErr w:type="spellEnd"/>
    </w:p>
    <w:tbl>
      <w:tblPr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7404"/>
      </w:tblGrid>
      <w:tr w:rsidR="001A412B" w:rsidRPr="001A412B" w14:paraId="6E38B74B" w14:textId="77777777" w:rsidTr="0012054A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CB235F3" w14:textId="77777777" w:rsidR="003D1041" w:rsidRPr="009E5FF8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</w:rPr>
            </w:pPr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Заказчик</w:t>
            </w:r>
          </w:p>
        </w:tc>
        <w:tc>
          <w:tcPr>
            <w:tcW w:w="6803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34B6A1A7" w14:textId="76D9A06A" w:rsidR="003D1041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  <w:proofErr w:type="spellStart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Наименование</w:t>
            </w:r>
            <w:proofErr w:type="spellEnd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 / Ф.И.О. </w:t>
            </w:r>
          </w:p>
          <w:p w14:paraId="7BCC7886" w14:textId="11923059" w:rsidR="009E5FF8" w:rsidRPr="009E5FF8" w:rsidRDefault="009E5FF8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</w:p>
        </w:tc>
      </w:tr>
      <w:tr w:rsidR="001A412B" w:rsidRPr="001A412B" w14:paraId="019E6BDB" w14:textId="77777777" w:rsidTr="0012054A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0DCB9F3" w14:textId="77777777" w:rsidR="003D1041" w:rsidRPr="009E5FF8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</w:rPr>
            </w:pPr>
            <w:proofErr w:type="spellStart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Ответственное</w:t>
            </w:r>
            <w:proofErr w:type="spellEnd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 </w:t>
            </w:r>
            <w:proofErr w:type="spellStart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лицо</w:t>
            </w:r>
            <w:proofErr w:type="spellEnd"/>
          </w:p>
        </w:tc>
        <w:tc>
          <w:tcPr>
            <w:tcW w:w="6803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6D8C7F98" w14:textId="77777777" w:rsidR="003D1041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Ф.И.О.: </w:t>
            </w:r>
          </w:p>
          <w:p w14:paraId="7ED662EF" w14:textId="30557B02" w:rsidR="009E5FF8" w:rsidRPr="009E5FF8" w:rsidRDefault="009E5FF8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</w:p>
        </w:tc>
      </w:tr>
      <w:tr w:rsidR="001A412B" w:rsidRPr="001A412B" w14:paraId="2D7C1C37" w14:textId="77777777" w:rsidTr="0012054A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359C5BF1" w14:textId="77777777" w:rsidR="003D1041" w:rsidRPr="009E5FF8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</w:rPr>
            </w:pPr>
            <w:proofErr w:type="spellStart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Подпись</w:t>
            </w:r>
            <w:proofErr w:type="spellEnd"/>
          </w:p>
        </w:tc>
        <w:tc>
          <w:tcPr>
            <w:tcW w:w="6803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A800CE9" w14:textId="6889960C" w:rsidR="003D1041" w:rsidRPr="0012054A" w:rsidRDefault="009E5FF8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  <w:r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  <w:t xml:space="preserve">                                                 </w:t>
            </w:r>
            <w:r w:rsidR="00000000"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     </w:t>
            </w:r>
            <w:r w:rsidR="0012054A"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  <w:t xml:space="preserve">                                  </w:t>
            </w:r>
            <w:proofErr w:type="spellStart"/>
            <w:r w:rsidR="00000000"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Дата</w:t>
            </w:r>
            <w:proofErr w:type="spellEnd"/>
            <w:r w:rsidR="00000000"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: </w:t>
            </w:r>
            <w:r w:rsidR="0012054A"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  <w:t xml:space="preserve"> </w:t>
            </w:r>
          </w:p>
        </w:tc>
      </w:tr>
      <w:tr w:rsidR="001A412B" w:rsidRPr="001A412B" w14:paraId="0D30E278" w14:textId="77777777" w:rsidTr="0012054A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D532E18" w14:textId="77777777" w:rsidR="003D1041" w:rsidRPr="009E5FF8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</w:rPr>
            </w:pPr>
            <w:proofErr w:type="spellStart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Исполнитель</w:t>
            </w:r>
            <w:proofErr w:type="spellEnd"/>
          </w:p>
        </w:tc>
        <w:tc>
          <w:tcPr>
            <w:tcW w:w="6803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825A967" w14:textId="77777777" w:rsidR="003D1041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  <w:proofErr w:type="spellStart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Наименование</w:t>
            </w:r>
            <w:proofErr w:type="spellEnd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 / Ф.И.О.</w:t>
            </w:r>
          </w:p>
          <w:p w14:paraId="4B1C0677" w14:textId="7C5C2A8F" w:rsidR="0012054A" w:rsidRPr="0012054A" w:rsidRDefault="0012054A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</w:p>
        </w:tc>
      </w:tr>
      <w:tr w:rsidR="001A412B" w:rsidRPr="001A412B" w14:paraId="40242B8D" w14:textId="77777777" w:rsidTr="0012054A">
        <w:trPr>
          <w:cantSplit/>
          <w:jc w:val="center"/>
        </w:trPr>
        <w:tc>
          <w:tcPr>
            <w:tcW w:w="2835" w:type="dxa"/>
            <w:shd w:val="clear" w:color="auto" w:fill="EAF2F8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276CC3E7" w14:textId="77777777" w:rsidR="003D1041" w:rsidRPr="009E5FF8" w:rsidRDefault="00000000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</w:rPr>
            </w:pPr>
            <w:proofErr w:type="spellStart"/>
            <w:r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Подпись</w:t>
            </w:r>
            <w:proofErr w:type="spellEnd"/>
          </w:p>
        </w:tc>
        <w:tc>
          <w:tcPr>
            <w:tcW w:w="6803" w:type="dxa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61EEF35C" w14:textId="6521145A" w:rsidR="003D1041" w:rsidRDefault="0012054A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  <w:r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  <w:t xml:space="preserve">                                                          </w:t>
            </w:r>
            <w:r w:rsidR="00000000"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    </w:t>
            </w:r>
            <w:r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  <w:t xml:space="preserve">                          </w:t>
            </w:r>
            <w:proofErr w:type="spellStart"/>
            <w:r w:rsidR="00000000"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>Дата</w:t>
            </w:r>
            <w:proofErr w:type="spellEnd"/>
            <w:r w:rsidR="00000000" w:rsidRPr="009E5FF8">
              <w:rPr>
                <w:rFonts w:ascii="Mont" w:hAnsi="Mont"/>
                <w:bCs/>
                <w:color w:val="auto"/>
                <w:sz w:val="20"/>
                <w:szCs w:val="28"/>
              </w:rPr>
              <w:t xml:space="preserve">: </w:t>
            </w:r>
          </w:p>
          <w:p w14:paraId="12A43223" w14:textId="7EFCABBB" w:rsidR="0012054A" w:rsidRPr="0012054A" w:rsidRDefault="0012054A">
            <w:pPr>
              <w:spacing w:after="0" w:line="240" w:lineRule="auto"/>
              <w:rPr>
                <w:rFonts w:ascii="Mont" w:hAnsi="Mont"/>
                <w:bCs/>
                <w:color w:val="auto"/>
                <w:sz w:val="20"/>
                <w:szCs w:val="28"/>
                <w:lang w:val="ru-RU"/>
              </w:rPr>
            </w:pPr>
          </w:p>
        </w:tc>
      </w:tr>
    </w:tbl>
    <w:p w14:paraId="46A79AF6" w14:textId="77777777" w:rsidR="003D1041" w:rsidRPr="001A412B" w:rsidRDefault="003D1041">
      <w:pPr>
        <w:spacing w:after="20"/>
        <w:rPr>
          <w:rFonts w:ascii="Mont" w:hAnsi="Mont"/>
          <w:bCs/>
          <w:color w:val="auto"/>
        </w:rPr>
      </w:pPr>
    </w:p>
    <w:sectPr w:rsidR="003D1041" w:rsidRPr="001A412B" w:rsidSect="00E4254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65" w:right="879" w:bottom="765" w:left="879" w:header="51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0FD20" w14:textId="77777777" w:rsidR="00D36955" w:rsidRDefault="00D36955">
      <w:pPr>
        <w:spacing w:after="0" w:line="240" w:lineRule="auto"/>
      </w:pPr>
      <w:r>
        <w:separator/>
      </w:r>
    </w:p>
  </w:endnote>
  <w:endnote w:type="continuationSeparator" w:id="0">
    <w:p w14:paraId="0D5CBE67" w14:textId="77777777" w:rsidR="00D36955" w:rsidRDefault="00D3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ont Bold">
    <w:panose1 w:val="00000900000000000000"/>
    <w:charset w:val="CC"/>
    <w:family w:val="auto"/>
    <w:pitch w:val="variable"/>
    <w:sig w:usb0="00000287" w:usb1="00000000" w:usb2="00000000" w:usb3="00000000" w:csb0="0000009F" w:csb1="00000000"/>
  </w:font>
  <w:font w:name="Mont">
    <w:panose1 w:val="00000700000000000000"/>
    <w:charset w:val="CC"/>
    <w:family w:val="auto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45"/>
      <w:gridCol w:w="5245"/>
    </w:tblGrid>
    <w:tr w:rsidR="003D1041" w:rsidRPr="00E4254D" w14:paraId="2B30E100" w14:textId="77777777" w:rsidTr="00E4254D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AC76132" w14:textId="77777777" w:rsidR="003D1041" w:rsidRPr="00E4254D" w:rsidRDefault="00000000">
          <w:pPr>
            <w:spacing w:after="0"/>
            <w:rPr>
              <w:rFonts w:ascii="Mont" w:hAnsi="Mont"/>
            </w:rPr>
          </w:pPr>
          <w:r w:rsidRPr="00E4254D">
            <w:rPr>
              <w:rFonts w:ascii="Mont" w:eastAsia="Times New Roman" w:hAnsi="Mont"/>
              <w:color w:val="666666"/>
              <w:sz w:val="16"/>
            </w:rPr>
            <w:t>astra-system.pro</w:t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DE87DDB" w14:textId="77777777" w:rsidR="003D1041" w:rsidRPr="00E4254D" w:rsidRDefault="00000000">
          <w:pPr>
            <w:spacing w:after="0"/>
            <w:jc w:val="right"/>
            <w:rPr>
              <w:rFonts w:ascii="Mont" w:hAnsi="Mont"/>
            </w:rPr>
          </w:pPr>
          <w:r w:rsidRPr="00E4254D">
            <w:rPr>
              <w:rFonts w:ascii="Mont" w:eastAsia="Times New Roman" w:hAnsi="Mont"/>
              <w:color w:val="666666"/>
              <w:sz w:val="16"/>
            </w:rPr>
            <w:t xml:space="preserve">Стр. </w:t>
          </w:r>
          <w:r w:rsidRPr="00E4254D">
            <w:rPr>
              <w:rFonts w:ascii="Mont" w:eastAsia="Times New Roman" w:hAnsi="Mont"/>
              <w:color w:val="666666"/>
              <w:sz w:val="16"/>
            </w:rPr>
            <w:fldChar w:fldCharType="begin"/>
          </w:r>
          <w:r w:rsidRPr="00E4254D">
            <w:rPr>
              <w:rFonts w:ascii="Mont" w:eastAsia="Times New Roman" w:hAnsi="Mont"/>
              <w:color w:val="666666"/>
              <w:sz w:val="16"/>
            </w:rPr>
            <w:instrText xml:space="preserve"> PAGE </w:instrText>
          </w:r>
          <w:r w:rsidRPr="00E4254D">
            <w:rPr>
              <w:rFonts w:ascii="Mont" w:eastAsia="Times New Roman" w:hAnsi="Mont"/>
              <w:color w:val="666666"/>
              <w:sz w:val="16"/>
            </w:rPr>
            <w:fldChar w:fldCharType="separate"/>
          </w:r>
          <w:r w:rsidRPr="00E4254D">
            <w:rPr>
              <w:rFonts w:ascii="Mont" w:eastAsia="Times New Roman" w:hAnsi="Mont"/>
              <w:color w:val="666666"/>
              <w:sz w:val="16"/>
            </w:rPr>
            <w:t>1</w:t>
          </w:r>
          <w:r w:rsidRPr="00E4254D">
            <w:rPr>
              <w:rFonts w:ascii="Mont" w:eastAsia="Times New Roman" w:hAnsi="Mont"/>
              <w:color w:val="666666"/>
              <w:sz w:val="16"/>
            </w:rPr>
            <w:fldChar w:fldCharType="end"/>
          </w:r>
        </w:p>
      </w:tc>
    </w:tr>
  </w:tbl>
  <w:p w14:paraId="0D347773" w14:textId="77777777" w:rsidR="003D1041" w:rsidRDefault="003D1041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45"/>
      <w:gridCol w:w="5245"/>
    </w:tblGrid>
    <w:tr w:rsidR="00E4254D" w:rsidRPr="00E4254D" w14:paraId="398457F7" w14:textId="77777777" w:rsidTr="00E4254D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79854FD" w14:textId="77777777" w:rsidR="00E4254D" w:rsidRPr="00E4254D" w:rsidRDefault="00E4254D" w:rsidP="00E4254D">
          <w:pPr>
            <w:spacing w:after="0"/>
            <w:rPr>
              <w:rFonts w:ascii="Mont" w:hAnsi="Mont"/>
            </w:rPr>
          </w:pPr>
          <w:r w:rsidRPr="00E4254D">
            <w:rPr>
              <w:rFonts w:ascii="Mont" w:eastAsia="Times New Roman" w:hAnsi="Mont"/>
              <w:color w:val="666666"/>
              <w:sz w:val="16"/>
            </w:rPr>
            <w:t>astra-system.pro</w:t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A0128BB" w14:textId="77777777" w:rsidR="00E4254D" w:rsidRPr="00E4254D" w:rsidRDefault="00E4254D" w:rsidP="00E4254D">
          <w:pPr>
            <w:spacing w:after="0"/>
            <w:jc w:val="right"/>
            <w:rPr>
              <w:rFonts w:ascii="Mont" w:hAnsi="Mont"/>
            </w:rPr>
          </w:pPr>
          <w:proofErr w:type="spellStart"/>
          <w:r w:rsidRPr="00E4254D">
            <w:rPr>
              <w:rFonts w:ascii="Mont" w:eastAsia="Times New Roman" w:hAnsi="Mont"/>
              <w:color w:val="666666"/>
              <w:sz w:val="16"/>
            </w:rPr>
            <w:t>Стр</w:t>
          </w:r>
          <w:proofErr w:type="spellEnd"/>
          <w:r w:rsidRPr="00E4254D">
            <w:rPr>
              <w:rFonts w:ascii="Mont" w:eastAsia="Times New Roman" w:hAnsi="Mont"/>
              <w:color w:val="666666"/>
              <w:sz w:val="16"/>
            </w:rPr>
            <w:t xml:space="preserve">. </w:t>
          </w:r>
          <w:r w:rsidRPr="00E4254D">
            <w:rPr>
              <w:rFonts w:ascii="Mont" w:eastAsia="Times New Roman" w:hAnsi="Mont"/>
              <w:color w:val="666666"/>
              <w:sz w:val="16"/>
            </w:rPr>
            <w:fldChar w:fldCharType="begin"/>
          </w:r>
          <w:r w:rsidRPr="00E4254D">
            <w:rPr>
              <w:rFonts w:ascii="Mont" w:eastAsia="Times New Roman" w:hAnsi="Mont"/>
              <w:color w:val="666666"/>
              <w:sz w:val="16"/>
            </w:rPr>
            <w:instrText xml:space="preserve"> PAGE </w:instrText>
          </w:r>
          <w:r w:rsidRPr="00E4254D">
            <w:rPr>
              <w:rFonts w:ascii="Mont" w:eastAsia="Times New Roman" w:hAnsi="Mont"/>
              <w:color w:val="666666"/>
              <w:sz w:val="16"/>
            </w:rPr>
            <w:fldChar w:fldCharType="separate"/>
          </w:r>
          <w:r w:rsidRPr="00E4254D">
            <w:rPr>
              <w:rFonts w:ascii="Mont" w:eastAsia="Times New Roman" w:hAnsi="Mont"/>
              <w:color w:val="666666"/>
              <w:sz w:val="16"/>
            </w:rPr>
            <w:t>1</w:t>
          </w:r>
          <w:r w:rsidRPr="00E4254D">
            <w:rPr>
              <w:rFonts w:ascii="Mont" w:eastAsia="Times New Roman" w:hAnsi="Mont"/>
              <w:color w:val="666666"/>
              <w:sz w:val="16"/>
            </w:rPr>
            <w:fldChar w:fldCharType="end"/>
          </w:r>
        </w:p>
      </w:tc>
    </w:tr>
  </w:tbl>
  <w:p w14:paraId="4B6C20B1" w14:textId="77777777" w:rsidR="00E4254D" w:rsidRDefault="00E425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F6521" w14:textId="77777777" w:rsidR="00D36955" w:rsidRDefault="00D36955">
      <w:pPr>
        <w:spacing w:after="0" w:line="240" w:lineRule="auto"/>
      </w:pPr>
      <w:r>
        <w:separator/>
      </w:r>
    </w:p>
  </w:footnote>
  <w:footnote w:type="continuationSeparator" w:id="0">
    <w:p w14:paraId="583A9637" w14:textId="77777777" w:rsidR="00D36955" w:rsidRDefault="00D36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9B76B" w14:textId="77777777" w:rsidR="003D1041" w:rsidRDefault="003D1041">
    <w:pPr>
      <w:spacing w:after="0" w:line="240" w:lineRule="auto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074"/>
      <w:gridCol w:w="5074"/>
    </w:tblGrid>
    <w:tr w:rsidR="003D1041" w:rsidRPr="001A412B" w14:paraId="3A42EFB6" w14:textId="77777777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44E613B" w14:textId="77777777" w:rsidR="003D1041" w:rsidRPr="009E5FF8" w:rsidRDefault="00000000">
          <w:pPr>
            <w:spacing w:after="0" w:line="240" w:lineRule="auto"/>
            <w:rPr>
              <w:lang w:val="ru-RU"/>
            </w:rPr>
          </w:pPr>
          <w:r>
            <w:rPr>
              <w:noProof/>
            </w:rPr>
            <w:drawing>
              <wp:inline distT="0" distB="0" distL="0" distR="0" wp14:anchorId="2F59E0D7" wp14:editId="2613759E">
                <wp:extent cx="1152000" cy="30437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astra_template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304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DF4FAB5" w14:textId="77777777" w:rsidR="003D1041" w:rsidRPr="009E5FF8" w:rsidRDefault="00000000">
          <w:pPr>
            <w:spacing w:after="0" w:line="240" w:lineRule="auto"/>
            <w:jc w:val="right"/>
            <w:rPr>
              <w:rFonts w:ascii="Mont" w:hAnsi="Mont"/>
              <w:lang w:val="ru-RU"/>
            </w:rPr>
          </w:pPr>
          <w:proofErr w:type="spellStart"/>
          <w:r w:rsidRPr="001A412B">
            <w:rPr>
              <w:rFonts w:ascii="Mont" w:eastAsia="Times New Roman" w:hAnsi="Mont"/>
              <w:color w:val="141414"/>
              <w:sz w:val="17"/>
            </w:rPr>
            <w:t>Решения</w:t>
          </w:r>
          <w:proofErr w:type="spellEnd"/>
          <w:r w:rsidRPr="001A412B">
            <w:rPr>
              <w:rFonts w:ascii="Mont" w:eastAsia="Times New Roman" w:hAnsi="Mont"/>
              <w:color w:val="141414"/>
              <w:sz w:val="17"/>
            </w:rPr>
            <w:t>,</w:t>
          </w:r>
          <w:r w:rsidRPr="001A412B">
            <w:rPr>
              <w:rFonts w:ascii="Mont" w:eastAsia="Times New Roman" w:hAnsi="Mont"/>
              <w:color w:val="141414"/>
              <w:sz w:val="17"/>
            </w:rPr>
            <w:br/>
          </w:r>
          <w:proofErr w:type="spellStart"/>
          <w:r w:rsidRPr="001A412B">
            <w:rPr>
              <w:rFonts w:ascii="Mont" w:eastAsia="Times New Roman" w:hAnsi="Mont"/>
              <w:color w:val="141414"/>
              <w:sz w:val="17"/>
            </w:rPr>
            <w:t>которые</w:t>
          </w:r>
          <w:proofErr w:type="spellEnd"/>
          <w:r w:rsidRPr="001A412B">
            <w:rPr>
              <w:rFonts w:ascii="Mont" w:eastAsia="Times New Roman" w:hAnsi="Mont"/>
              <w:color w:val="141414"/>
              <w:sz w:val="17"/>
            </w:rPr>
            <w:t xml:space="preserve"> </w:t>
          </w:r>
          <w:proofErr w:type="spellStart"/>
          <w:r w:rsidRPr="001A412B">
            <w:rPr>
              <w:rFonts w:ascii="Mont" w:eastAsia="Times New Roman" w:hAnsi="Mont"/>
              <w:color w:val="141414"/>
              <w:sz w:val="17"/>
            </w:rPr>
            <w:t>работают</w:t>
          </w:r>
          <w:proofErr w:type="spellEnd"/>
        </w:p>
      </w:tc>
    </w:tr>
  </w:tbl>
  <w:p w14:paraId="34F2D9A2" w14:textId="77777777" w:rsidR="003D1041" w:rsidRDefault="003D1041" w:rsidP="00E4254D">
    <w:pPr>
      <w:spacing w:before="4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074"/>
      <w:gridCol w:w="5074"/>
    </w:tblGrid>
    <w:tr w:rsidR="00E4254D" w:rsidRPr="001A412B" w14:paraId="7A361CAF" w14:textId="77777777" w:rsidTr="00B449FD">
      <w:trPr>
        <w:jc w:val="center"/>
      </w:trPr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0B49FBC" w14:textId="77777777" w:rsidR="00E4254D" w:rsidRDefault="00E4254D" w:rsidP="00E4254D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08F7517A" wp14:editId="12FD5804">
                <wp:extent cx="1152000" cy="304371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astra_template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304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C60D773" w14:textId="77777777" w:rsidR="00E4254D" w:rsidRPr="001A412B" w:rsidRDefault="00E4254D" w:rsidP="00E4254D">
          <w:pPr>
            <w:spacing w:after="0" w:line="240" w:lineRule="auto"/>
            <w:jc w:val="right"/>
            <w:rPr>
              <w:rFonts w:ascii="Mont" w:hAnsi="Mont"/>
            </w:rPr>
          </w:pPr>
          <w:proofErr w:type="spellStart"/>
          <w:r w:rsidRPr="001A412B">
            <w:rPr>
              <w:rFonts w:ascii="Mont" w:eastAsia="Times New Roman" w:hAnsi="Mont"/>
              <w:color w:val="141414"/>
              <w:sz w:val="17"/>
            </w:rPr>
            <w:t>Решения</w:t>
          </w:r>
          <w:proofErr w:type="spellEnd"/>
          <w:r w:rsidRPr="001A412B">
            <w:rPr>
              <w:rFonts w:ascii="Mont" w:eastAsia="Times New Roman" w:hAnsi="Mont"/>
              <w:color w:val="141414"/>
              <w:sz w:val="17"/>
            </w:rPr>
            <w:t>,</w:t>
          </w:r>
          <w:r w:rsidRPr="001A412B">
            <w:rPr>
              <w:rFonts w:ascii="Mont" w:eastAsia="Times New Roman" w:hAnsi="Mont"/>
              <w:color w:val="141414"/>
              <w:sz w:val="17"/>
            </w:rPr>
            <w:br/>
          </w:r>
          <w:proofErr w:type="spellStart"/>
          <w:r w:rsidRPr="001A412B">
            <w:rPr>
              <w:rFonts w:ascii="Mont" w:eastAsia="Times New Roman" w:hAnsi="Mont"/>
              <w:color w:val="141414"/>
              <w:sz w:val="17"/>
            </w:rPr>
            <w:t>которые</w:t>
          </w:r>
          <w:proofErr w:type="spellEnd"/>
          <w:r w:rsidRPr="001A412B">
            <w:rPr>
              <w:rFonts w:ascii="Mont" w:eastAsia="Times New Roman" w:hAnsi="Mont"/>
              <w:color w:val="141414"/>
              <w:sz w:val="17"/>
            </w:rPr>
            <w:t xml:space="preserve"> </w:t>
          </w:r>
          <w:proofErr w:type="spellStart"/>
          <w:r w:rsidRPr="001A412B">
            <w:rPr>
              <w:rFonts w:ascii="Mont" w:eastAsia="Times New Roman" w:hAnsi="Mont"/>
              <w:color w:val="141414"/>
              <w:sz w:val="17"/>
            </w:rPr>
            <w:t>работают</w:t>
          </w:r>
          <w:proofErr w:type="spellEnd"/>
        </w:p>
      </w:tc>
    </w:tr>
  </w:tbl>
  <w:p w14:paraId="420CAFBB" w14:textId="77777777" w:rsidR="00E4254D" w:rsidRDefault="00E4254D" w:rsidP="00E4254D">
    <w:pPr>
      <w:pStyle w:val="a5"/>
      <w:pBdr>
        <w:bottom w:val="single" w:sz="8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9328788">
    <w:abstractNumId w:val="8"/>
  </w:num>
  <w:num w:numId="2" w16cid:durableId="2978160">
    <w:abstractNumId w:val="6"/>
  </w:num>
  <w:num w:numId="3" w16cid:durableId="1682077421">
    <w:abstractNumId w:val="5"/>
  </w:num>
  <w:num w:numId="4" w16cid:durableId="1959028348">
    <w:abstractNumId w:val="4"/>
  </w:num>
  <w:num w:numId="5" w16cid:durableId="925260693">
    <w:abstractNumId w:val="7"/>
  </w:num>
  <w:num w:numId="6" w16cid:durableId="1175877602">
    <w:abstractNumId w:val="3"/>
  </w:num>
  <w:num w:numId="7" w16cid:durableId="1947421870">
    <w:abstractNumId w:val="2"/>
  </w:num>
  <w:num w:numId="8" w16cid:durableId="99685119">
    <w:abstractNumId w:val="1"/>
  </w:num>
  <w:num w:numId="9" w16cid:durableId="949438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907"/>
    <w:rsid w:val="0012054A"/>
    <w:rsid w:val="0015074B"/>
    <w:rsid w:val="001A412B"/>
    <w:rsid w:val="0029639D"/>
    <w:rsid w:val="00326F90"/>
    <w:rsid w:val="00373484"/>
    <w:rsid w:val="003D1041"/>
    <w:rsid w:val="00656F6F"/>
    <w:rsid w:val="00790A9B"/>
    <w:rsid w:val="00793D53"/>
    <w:rsid w:val="008E2923"/>
    <w:rsid w:val="009E5FF8"/>
    <w:rsid w:val="00A26CAA"/>
    <w:rsid w:val="00AA1D8D"/>
    <w:rsid w:val="00B47730"/>
    <w:rsid w:val="00CB0664"/>
    <w:rsid w:val="00D36955"/>
    <w:rsid w:val="00E425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40F286"/>
  <w14:defaultImageDpi w14:val="300"/>
  <w15:docId w15:val="{417EA257-C09E-4DE0-AC13-CF8E3ACC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832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69A1"/>
      <w:sz w:val="2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8324A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40" w:lineRule="auto"/>
    </w:pPr>
    <w:rPr>
      <w:rFonts w:ascii="Arial" w:eastAsia="Arial" w:hAnsi="Arial"/>
      <w:color w:val="6B728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1085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02_Бриф_на_фирменном_бланке</vt:lpstr>
      <vt:lpstr/>
    </vt:vector>
  </TitlesOfParts>
  <Manager/>
  <Company/>
  <LinksUpToDate>false</LinksUpToDate>
  <CharactersWithSpaces>7262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02_Бриф_на_фирменном_бланке</dc:title>
  <dc:subject>Разработка сайтов — фирменная документация ООО «АСТРА СИСТЕМА»</dc:subject>
  <dc:creator>ООО «АСТРА СИСТЕМА»</dc:creator>
  <cp:keywords/>
  <dc:description>generated by python-docx</dc:description>
  <cp:lastModifiedBy>Михаил Ко</cp:lastModifiedBy>
  <cp:revision>2</cp:revision>
  <dcterms:created xsi:type="dcterms:W3CDTF">2026-07-22T20:18:00Z</dcterms:created>
  <dcterms:modified xsi:type="dcterms:W3CDTF">2026-07-22T20:18:00Z</dcterms:modified>
  <cp:category/>
</cp:coreProperties>
</file>